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FORMULÁŘ PRO ODSTOUPENÍ OD KUPNÍ SMLOUVY</w:t>
      </w:r>
    </w:p>
    <w:p>
      <w:pPr>
        <w:jc w:val="center"/>
      </w:pPr>
      <w:r>
        <w:rPr>
          <w:i/>
        </w:rPr>
        <w:t>pro nákup uskutečněný prostřednictvím internetového obchodu www.koreni-gastro.cz</w:t>
      </w:r>
    </w:p>
    <w:p/>
    <w:p>
      <w:r>
        <w:rPr>
          <w:b/>
          <w:sz w:val="23"/>
        </w:rPr>
        <w:t>1. Prodávající</w:t>
      </w:r>
    </w:p>
    <w:tbl>
      <w:tblPr>
        <w:tblStyle w:val="TableGrid"/>
        <w:tblW w:type="auto" w:w="0"/>
        <w:jc w:val="center"/>
        <w:tblLook w:firstColumn="1" w:firstRow="1" w:lastColumn="0" w:lastRow="0" w:noHBand="0" w:noVBand="1" w:val="04A0"/>
      </w:tblPr>
      <w:tblGrid>
        <w:gridCol w:w="4986"/>
        <w:gridCol w:w="4986"/>
      </w:tblGrid>
      <w:tr>
        <w:tc>
          <w:tcPr>
            <w:tcW w:type="dxa" w:w="2835"/>
            <w:vAlign w:val="center"/>
            <w:shd w:fill="EDEDED"/>
          </w:tcPr>
          <w:p>
            <w:r>
              <w:rPr>
                <w:b/>
              </w:rPr>
              <w:t>Obchodní firma:</w:t>
            </w:r>
          </w:p>
        </w:tc>
        <w:tc>
          <w:tcPr>
            <w:tcW w:type="dxa" w:w="6236"/>
            <w:vAlign w:val="center"/>
          </w:tcPr>
          <w:p>
            <w:r>
              <w:t>GASTRO - KOŘENÍ s.r.o.</w:t>
            </w:r>
          </w:p>
        </w:tc>
      </w:tr>
      <w:tr>
        <w:tc>
          <w:tcPr>
            <w:tcW w:type="dxa" w:w="2835"/>
            <w:vAlign w:val="center"/>
            <w:shd w:fill="EDEDED"/>
          </w:tcPr>
          <w:p>
            <w:r>
              <w:rPr>
                <w:b/>
              </w:rPr>
              <w:t>IČO:</w:t>
            </w:r>
          </w:p>
        </w:tc>
        <w:tc>
          <w:tcPr>
            <w:tcW w:type="dxa" w:w="6236"/>
            <w:vAlign w:val="center"/>
          </w:tcPr>
          <w:p>
            <w:r>
              <w:t>27554279</w:t>
            </w:r>
          </w:p>
        </w:tc>
      </w:tr>
      <w:tr>
        <w:tc>
          <w:tcPr>
            <w:tcW w:type="dxa" w:w="2835"/>
            <w:vAlign w:val="center"/>
            <w:shd w:fill="EDEDED"/>
          </w:tcPr>
          <w:p>
            <w:r>
              <w:rPr>
                <w:b/>
              </w:rPr>
              <w:t>Sídlo:</w:t>
            </w:r>
          </w:p>
        </w:tc>
        <w:tc>
          <w:tcPr>
            <w:tcW w:type="dxa" w:w="6236"/>
            <w:vAlign w:val="center"/>
          </w:tcPr>
          <w:p>
            <w:r>
              <w:t>Obránců míru 351, 503 02 Předměřice nad Labem</w:t>
            </w:r>
          </w:p>
        </w:tc>
      </w:tr>
      <w:tr>
        <w:tc>
          <w:tcPr>
            <w:tcW w:type="dxa" w:w="2835"/>
            <w:vAlign w:val="center"/>
            <w:shd w:fill="EDEDED"/>
          </w:tcPr>
          <w:p>
            <w:r>
              <w:rPr>
                <w:b/>
              </w:rPr>
              <w:t>Adresa pro zaslání zboží:</w:t>
            </w:r>
          </w:p>
        </w:tc>
        <w:tc>
          <w:tcPr>
            <w:tcW w:type="dxa" w:w="6236"/>
            <w:vAlign w:val="center"/>
          </w:tcPr>
          <w:p>
            <w:r>
              <w:t>Turkova 77, 517 21 Týniště nad Orlicí</w:t>
            </w:r>
          </w:p>
        </w:tc>
      </w:tr>
      <w:tr>
        <w:tc>
          <w:tcPr>
            <w:tcW w:type="dxa" w:w="2835"/>
            <w:vAlign w:val="center"/>
            <w:shd w:fill="EDEDED"/>
          </w:tcPr>
          <w:p>
            <w:r>
              <w:rPr>
                <w:b/>
              </w:rPr>
              <w:t>E-mail:</w:t>
            </w:r>
          </w:p>
        </w:tc>
        <w:tc>
          <w:tcPr>
            <w:tcW w:type="dxa" w:w="6236"/>
            <w:vAlign w:val="center"/>
          </w:tcPr>
          <w:p>
            <w:r>
              <w:t>objednavky@koreni-gastro.cz</w:t>
            </w:r>
          </w:p>
        </w:tc>
      </w:tr>
      <w:tr>
        <w:tc>
          <w:tcPr>
            <w:tcW w:type="dxa" w:w="2835"/>
            <w:vAlign w:val="center"/>
            <w:shd w:fill="EDEDED"/>
          </w:tcPr>
          <w:p>
            <w:r>
              <w:rPr>
                <w:b/>
              </w:rPr>
              <w:t>Internetový obchod:</w:t>
            </w:r>
          </w:p>
        </w:tc>
        <w:tc>
          <w:tcPr>
            <w:tcW w:type="dxa" w:w="6236"/>
            <w:vAlign w:val="center"/>
          </w:tcPr>
          <w:p>
            <w:r>
              <w:t>www.koreni-gastro.cz</w:t>
            </w:r>
          </w:p>
        </w:tc>
      </w:tr>
    </w:tbl>
    <w:p/>
    <w:p>
      <w:r>
        <w:rPr>
          <w:b/>
          <w:sz w:val="23"/>
        </w:rPr>
        <w:t>2. Kupující / spotřebitel</w:t>
      </w:r>
    </w:p>
    <w:tbl>
      <w:tblPr>
        <w:tblStyle w:val="TableGrid"/>
        <w:tblW w:type="auto" w:w="0"/>
        <w:jc w:val="center"/>
        <w:tblLook w:firstColumn="1" w:firstRow="1" w:lastColumn="0" w:lastRow="0" w:noHBand="0" w:noVBand="1" w:val="04A0"/>
      </w:tblPr>
      <w:tblGrid>
        <w:gridCol w:w="4986"/>
        <w:gridCol w:w="4986"/>
      </w:tblGrid>
      <w:tr>
        <w:tc>
          <w:tcPr>
            <w:tcW w:type="dxa" w:w="2835"/>
            <w:vAlign w:val="center"/>
            <w:shd w:fill="EDEDED"/>
          </w:tcPr>
          <w:p>
            <w:r>
              <w:rPr>
                <w:b/>
              </w:rPr>
              <w:t>Jméno a příjmení:</w:t>
            </w:r>
          </w:p>
        </w:tc>
        <w:tc>
          <w:tcPr>
            <w:tcW w:type="dxa" w:w="6236"/>
            <w:vAlign w:val="center"/>
          </w:tcPr>
          <w:p>
            <w:r>
              <w:t>................................................................................</w:t>
            </w:r>
          </w:p>
        </w:tc>
      </w:tr>
      <w:tr>
        <w:tc>
          <w:tcPr>
            <w:tcW w:type="dxa" w:w="2835"/>
            <w:vAlign w:val="center"/>
            <w:shd w:fill="EDEDED"/>
          </w:tcPr>
          <w:p>
            <w:r>
              <w:rPr>
                <w:b/>
              </w:rPr>
              <w:t>Adresa:</w:t>
            </w:r>
          </w:p>
        </w:tc>
        <w:tc>
          <w:tcPr>
            <w:tcW w:type="dxa" w:w="6236"/>
            <w:vAlign w:val="center"/>
          </w:tcPr>
          <w:p>
            <w:r>
              <w:t>................................................................................</w:t>
            </w:r>
          </w:p>
        </w:tc>
      </w:tr>
      <w:tr>
        <w:tc>
          <w:tcPr>
            <w:tcW w:type="dxa" w:w="2835"/>
            <w:vAlign w:val="center"/>
            <w:shd w:fill="EDEDED"/>
          </w:tcPr>
          <w:p>
            <w:r>
              <w:rPr>
                <w:b/>
              </w:rPr>
              <w:t>E-mail:</w:t>
            </w:r>
          </w:p>
        </w:tc>
        <w:tc>
          <w:tcPr>
            <w:tcW w:type="dxa" w:w="6236"/>
            <w:vAlign w:val="center"/>
          </w:tcPr>
          <w:p>
            <w:r>
              <w:t>................................................................................</w:t>
            </w:r>
          </w:p>
        </w:tc>
      </w:tr>
      <w:tr>
        <w:tc>
          <w:tcPr>
            <w:tcW w:type="dxa" w:w="2835"/>
            <w:vAlign w:val="center"/>
            <w:shd w:fill="EDEDED"/>
          </w:tcPr>
          <w:p>
            <w:r>
              <w:rPr>
                <w:b/>
              </w:rPr>
              <w:t>Telefon:</w:t>
            </w:r>
          </w:p>
        </w:tc>
        <w:tc>
          <w:tcPr>
            <w:tcW w:type="dxa" w:w="6236"/>
            <w:vAlign w:val="center"/>
          </w:tcPr>
          <w:p>
            <w:r>
              <w:t>................................................................................</w:t>
            </w:r>
          </w:p>
        </w:tc>
      </w:tr>
    </w:tbl>
    <w:p/>
    <w:p>
      <w:r>
        <w:rPr>
          <w:b/>
          <w:sz w:val="23"/>
        </w:rPr>
        <w:t>3. Údaje o objednávce</w:t>
      </w:r>
    </w:p>
    <w:tbl>
      <w:tblPr>
        <w:tblStyle w:val="TableGrid"/>
        <w:tblW w:type="auto" w:w="0"/>
        <w:jc w:val="center"/>
        <w:tblLook w:firstColumn="1" w:firstRow="1" w:lastColumn="0" w:lastRow="0" w:noHBand="0" w:noVBand="1" w:val="04A0"/>
      </w:tblPr>
      <w:tblGrid>
        <w:gridCol w:w="4986"/>
        <w:gridCol w:w="4986"/>
      </w:tblGrid>
      <w:tr>
        <w:tc>
          <w:tcPr>
            <w:tcW w:type="dxa" w:w="2835"/>
            <w:vAlign w:val="center"/>
            <w:shd w:fill="EDEDED"/>
          </w:tcPr>
          <w:p>
            <w:r>
              <w:rPr>
                <w:b/>
              </w:rPr>
              <w:t>Číslo objednávky:</w:t>
            </w:r>
          </w:p>
        </w:tc>
        <w:tc>
          <w:tcPr>
            <w:tcW w:type="dxa" w:w="6236"/>
            <w:vAlign w:val="center"/>
          </w:tcPr>
          <w:p>
            <w:r>
              <w:t>................................................................................</w:t>
            </w:r>
          </w:p>
        </w:tc>
      </w:tr>
      <w:tr>
        <w:tc>
          <w:tcPr>
            <w:tcW w:type="dxa" w:w="2835"/>
            <w:vAlign w:val="center"/>
            <w:shd w:fill="EDEDED"/>
          </w:tcPr>
          <w:p>
            <w:r>
              <w:rPr>
                <w:b/>
              </w:rPr>
              <w:t>Datum objednání:</w:t>
            </w:r>
          </w:p>
        </w:tc>
        <w:tc>
          <w:tcPr>
            <w:tcW w:type="dxa" w:w="6236"/>
            <w:vAlign w:val="center"/>
          </w:tcPr>
          <w:p>
            <w:r>
              <w:t>................................................................................</w:t>
            </w:r>
          </w:p>
        </w:tc>
      </w:tr>
      <w:tr>
        <w:tc>
          <w:tcPr>
            <w:tcW w:type="dxa" w:w="2835"/>
            <w:vAlign w:val="center"/>
            <w:shd w:fill="EDEDED"/>
          </w:tcPr>
          <w:p>
            <w:r>
              <w:rPr>
                <w:b/>
              </w:rPr>
              <w:t>Datum převzetí zboží:</w:t>
            </w:r>
          </w:p>
        </w:tc>
        <w:tc>
          <w:tcPr>
            <w:tcW w:type="dxa" w:w="6236"/>
            <w:vAlign w:val="center"/>
          </w:tcPr>
          <w:p>
            <w:r>
              <w:t>................................................................................</w:t>
            </w:r>
          </w:p>
        </w:tc>
      </w:tr>
    </w:tbl>
    <w:p/>
    <w:p>
      <w:r>
        <w:rPr>
          <w:b/>
          <w:sz w:val="23"/>
        </w:rPr>
        <w:t>4. Zboží, kterého se odstoupení týká</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EDEDED"/>
          </w:tcPr>
          <w:p>
            <w:r>
              <w:rPr>
                <w:b/>
              </w:rPr>
              <w:t>Název zboží</w:t>
            </w:r>
          </w:p>
        </w:tc>
        <w:tc>
          <w:tcPr>
            <w:tcW w:type="dxa" w:w="3324"/>
            <w:shd w:fill="EDEDED"/>
          </w:tcPr>
          <w:p>
            <w:r>
              <w:rPr>
                <w:b/>
              </w:rPr>
              <w:t>Množství</w:t>
            </w:r>
          </w:p>
        </w:tc>
        <w:tc>
          <w:tcPr>
            <w:tcW w:type="dxa" w:w="3324"/>
            <w:shd w:fill="EDEDED"/>
          </w:tcPr>
          <w:p>
            <w:r>
              <w:rPr>
                <w:b/>
              </w:rPr>
              <w:t>Cena</w:t>
            </w:r>
          </w:p>
        </w:tc>
      </w:tr>
      <w:tr>
        <w:tc>
          <w:tcPr>
            <w:tcW w:type="dxa" w:w="3324"/>
          </w:tcPr>
          <w:p>
            <w:r>
              <w:br/>
            </w:r>
          </w:p>
        </w:tc>
        <w:tc>
          <w:tcPr>
            <w:tcW w:type="dxa" w:w="3324"/>
          </w:tcPr>
          <w:p>
            <w:r>
              <w:br/>
            </w:r>
          </w:p>
        </w:tc>
        <w:tc>
          <w:tcPr>
            <w:tcW w:type="dxa" w:w="3324"/>
          </w:tcPr>
          <w:p>
            <w:r>
              <w:br/>
            </w:r>
          </w:p>
        </w:tc>
      </w:tr>
      <w:tr>
        <w:tc>
          <w:tcPr>
            <w:tcW w:type="dxa" w:w="3324"/>
          </w:tcPr>
          <w:p>
            <w:r>
              <w:br/>
            </w:r>
          </w:p>
        </w:tc>
        <w:tc>
          <w:tcPr>
            <w:tcW w:type="dxa" w:w="3324"/>
          </w:tcPr>
          <w:p>
            <w:r>
              <w:br/>
            </w:r>
          </w:p>
        </w:tc>
        <w:tc>
          <w:tcPr>
            <w:tcW w:type="dxa" w:w="3324"/>
          </w:tcPr>
          <w:p>
            <w:r>
              <w:br/>
            </w:r>
          </w:p>
        </w:tc>
      </w:tr>
      <w:tr>
        <w:tc>
          <w:tcPr>
            <w:tcW w:type="dxa" w:w="3324"/>
          </w:tcPr>
          <w:p>
            <w:r>
              <w:br/>
            </w:r>
          </w:p>
        </w:tc>
        <w:tc>
          <w:tcPr>
            <w:tcW w:type="dxa" w:w="3324"/>
          </w:tcPr>
          <w:p>
            <w:r>
              <w:br/>
            </w:r>
          </w:p>
        </w:tc>
        <w:tc>
          <w:tcPr>
            <w:tcW w:type="dxa" w:w="3324"/>
          </w:tcPr>
          <w:p>
            <w:r>
              <w:br/>
            </w:r>
          </w:p>
        </w:tc>
      </w:tr>
    </w:tbl>
    <w:p/>
    <w:p>
      <w:r>
        <w:rPr>
          <w:b/>
          <w:sz w:val="23"/>
        </w:rPr>
        <w:t>5. Prohlášení kupujícího</w:t>
      </w:r>
    </w:p>
    <w:p>
      <w:r>
        <w:t>Tímto oznamuji, že odstupuji od kupní smlouvy uzavřené prostřednictvím internetového obchodu www.koreni-gastro.cz, a žádám o vrácení uhrazených peněžních prostředků v souladu s platnými právními předpisy.</w:t>
      </w:r>
    </w:p>
    <w:p>
      <w:r>
        <w:rPr>
          <w:b/>
          <w:sz w:val="23"/>
        </w:rPr>
        <w:t>6. Způsob vrácení peněžních prostředků</w:t>
      </w:r>
    </w:p>
    <w:tbl>
      <w:tblPr>
        <w:tblStyle w:val="TableGrid"/>
        <w:tblW w:type="auto" w:w="0"/>
        <w:jc w:val="center"/>
        <w:tblLook w:firstColumn="1" w:firstRow="1" w:lastColumn="0" w:lastRow="0" w:noHBand="0" w:noVBand="1" w:val="04A0"/>
      </w:tblPr>
      <w:tblGrid>
        <w:gridCol w:w="4986"/>
        <w:gridCol w:w="4986"/>
      </w:tblGrid>
      <w:tr>
        <w:tc>
          <w:tcPr>
            <w:tcW w:type="dxa" w:w="2835"/>
            <w:vAlign w:val="center"/>
            <w:shd w:fill="EDEDED"/>
          </w:tcPr>
          <w:p>
            <w:r>
              <w:rPr>
                <w:b/>
              </w:rPr>
              <w:t>Preferovaný způsob:</w:t>
            </w:r>
          </w:p>
        </w:tc>
        <w:tc>
          <w:tcPr>
            <w:tcW w:type="dxa" w:w="6236"/>
            <w:vAlign w:val="center"/>
          </w:tcPr>
          <w:p>
            <w:r>
              <w:t>☐ Stejným způsobem, jakým byla platba provedena</w:t>
            </w:r>
          </w:p>
        </w:tc>
      </w:tr>
      <w:tr>
        <w:tc>
          <w:tcPr>
            <w:tcW w:type="dxa" w:w="2835"/>
            <w:vAlign w:val="center"/>
            <w:shd w:fill="EDEDED"/>
          </w:tcPr>
          <w:p>
            <w:r>
              <w:rPr>
                <w:b/>
              </w:rPr>
              <w:t>Číslo bankovního účtu:</w:t>
            </w:r>
          </w:p>
        </w:tc>
        <w:tc>
          <w:tcPr>
            <w:tcW w:type="dxa" w:w="6236"/>
            <w:vAlign w:val="center"/>
          </w:tcPr>
          <w:p>
            <w:r>
              <w:t>................................................................................</w:t>
            </w:r>
          </w:p>
        </w:tc>
      </w:tr>
    </w:tbl>
    <w:p/>
    <w:p>
      <w:r>
        <w:rPr>
          <w:b/>
        </w:rPr>
        <w:t xml:space="preserve">Poznámka: </w:t>
      </w:r>
      <w:r>
        <w:t>Formulář je určen pro spotřebitele, kteří mají podle právních předpisů právo odstoupit od kupní smlouvy uzavřené na dálku. Právo odstoupit se nevztahuje na případy stanovené zákonem, zejména na některé druhy zboží uvedené v § 1837 občanského zákoníku.</w:t>
      </w:r>
    </w:p>
    <w:p/>
    <w:p>
      <w:r>
        <w:t>V ........................................ dne ........................................</w:t>
      </w:r>
    </w:p>
    <w:p/>
    <w:p>
      <w:r>
        <w:t>Podpis kupujícího (pouze při zaslání formuláře v listinné podobě):</w:t>
      </w:r>
    </w:p>
    <w:p/>
    <w:p>
      <w:r>
        <w:t>................................................................................................</w:t>
      </w:r>
    </w:p>
    <w:sectPr w:rsidR="00FC693F" w:rsidRPr="0006063C" w:rsidSect="00034616">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